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B37E4" w14:textId="5911648D" w:rsidR="00227D6D" w:rsidRPr="002331C4" w:rsidRDefault="00000000">
      <w:pPr>
        <w:pStyle w:val="Nagwek1"/>
        <w:rPr>
          <w:lang w:val="pl-PL"/>
        </w:rPr>
      </w:pPr>
      <w:r w:rsidRPr="002331C4">
        <w:rPr>
          <w:lang w:val="pl-PL"/>
        </w:rPr>
        <w:t>Karta kwalifikacyjna kandydata do projektu Erasmus+</w:t>
      </w:r>
      <w:r w:rsidR="002331C4">
        <w:rPr>
          <w:lang w:val="pl-PL"/>
        </w:rPr>
        <w:t xml:space="preserve"> - Grecja 2026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227D6D" w14:paraId="5CB4A9F5" w14:textId="77777777">
        <w:tc>
          <w:tcPr>
            <w:tcW w:w="4320" w:type="dxa"/>
          </w:tcPr>
          <w:p w14:paraId="7CFBE3CA" w14:textId="77777777" w:rsidR="00227D6D" w:rsidRPr="002331C4" w:rsidRDefault="00000000">
            <w:pPr>
              <w:rPr>
                <w:b/>
                <w:bCs/>
                <w:lang w:val="pl-PL"/>
              </w:rPr>
            </w:pPr>
            <w:r w:rsidRPr="002331C4">
              <w:rPr>
                <w:b/>
                <w:bCs/>
                <w:lang w:val="pl-PL"/>
              </w:rPr>
              <w:t>Imię i nazwisko ucznia</w:t>
            </w:r>
          </w:p>
        </w:tc>
        <w:tc>
          <w:tcPr>
            <w:tcW w:w="4320" w:type="dxa"/>
          </w:tcPr>
          <w:p w14:paraId="7630E1DC" w14:textId="77777777" w:rsidR="002331C4" w:rsidRDefault="002331C4" w:rsidP="002331C4"/>
          <w:p w14:paraId="665EC4E6" w14:textId="77777777" w:rsidR="002331C4" w:rsidRDefault="002331C4" w:rsidP="002331C4"/>
        </w:tc>
      </w:tr>
      <w:tr w:rsidR="00227D6D" w14:paraId="25A2A186" w14:textId="77777777">
        <w:tc>
          <w:tcPr>
            <w:tcW w:w="4320" w:type="dxa"/>
          </w:tcPr>
          <w:p w14:paraId="19E90641" w14:textId="77777777" w:rsidR="00227D6D" w:rsidRPr="002331C4" w:rsidRDefault="00000000">
            <w:pPr>
              <w:rPr>
                <w:b/>
                <w:bCs/>
              </w:rPr>
            </w:pPr>
            <w:r w:rsidRPr="002331C4">
              <w:rPr>
                <w:b/>
                <w:bCs/>
              </w:rPr>
              <w:t>Klasa</w:t>
            </w:r>
          </w:p>
        </w:tc>
        <w:tc>
          <w:tcPr>
            <w:tcW w:w="4320" w:type="dxa"/>
          </w:tcPr>
          <w:p w14:paraId="7E52761C" w14:textId="77777777" w:rsidR="00227D6D" w:rsidRDefault="00227D6D"/>
          <w:p w14:paraId="1BA1B4D2" w14:textId="4C55A7F0" w:rsidR="002331C4" w:rsidRDefault="002331C4"/>
        </w:tc>
      </w:tr>
      <w:tr w:rsidR="00227D6D" w14:paraId="4EDD6AA2" w14:textId="77777777">
        <w:tc>
          <w:tcPr>
            <w:tcW w:w="4320" w:type="dxa"/>
          </w:tcPr>
          <w:p w14:paraId="6B1B6539" w14:textId="77777777" w:rsidR="00227D6D" w:rsidRPr="002331C4" w:rsidRDefault="00000000">
            <w:pPr>
              <w:rPr>
                <w:b/>
                <w:bCs/>
              </w:rPr>
            </w:pPr>
            <w:r w:rsidRPr="002331C4">
              <w:rPr>
                <w:b/>
                <w:bCs/>
              </w:rPr>
              <w:t>Rok szkolny</w:t>
            </w:r>
          </w:p>
        </w:tc>
        <w:tc>
          <w:tcPr>
            <w:tcW w:w="4320" w:type="dxa"/>
          </w:tcPr>
          <w:p w14:paraId="150729DB" w14:textId="4F3A7ED2" w:rsidR="00227D6D" w:rsidRDefault="00000000">
            <w:r>
              <w:t>202</w:t>
            </w:r>
            <w:r w:rsidR="002331C4">
              <w:t>5</w:t>
            </w:r>
            <w:r>
              <w:t>/202</w:t>
            </w:r>
            <w:r w:rsidR="002331C4">
              <w:t>6</w:t>
            </w:r>
          </w:p>
        </w:tc>
      </w:tr>
    </w:tbl>
    <w:p w14:paraId="1F50ABE9" w14:textId="77777777" w:rsidR="00227D6D" w:rsidRDefault="00227D6D"/>
    <w:p w14:paraId="74DFC210" w14:textId="77777777" w:rsidR="00227D6D" w:rsidRDefault="00000000">
      <w:r>
        <w:t>Kryteria oceny: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40"/>
        <w:gridCol w:w="2813"/>
        <w:gridCol w:w="2877"/>
      </w:tblGrid>
      <w:tr w:rsidR="00227D6D" w14:paraId="60ECB482" w14:textId="77777777" w:rsidTr="00003D75">
        <w:tc>
          <w:tcPr>
            <w:tcW w:w="2940" w:type="dxa"/>
            <w:shd w:val="clear" w:color="auto" w:fill="D9D9D9" w:themeFill="background1" w:themeFillShade="D9"/>
          </w:tcPr>
          <w:p w14:paraId="4724D766" w14:textId="77777777" w:rsidR="00227D6D" w:rsidRPr="002331C4" w:rsidRDefault="00000000">
            <w:pPr>
              <w:rPr>
                <w:b/>
                <w:bCs/>
                <w:lang w:val="pl-PL"/>
              </w:rPr>
            </w:pPr>
            <w:r w:rsidRPr="002331C4">
              <w:rPr>
                <w:b/>
                <w:bCs/>
                <w:lang w:val="pl-PL"/>
              </w:rPr>
              <w:t>Kryterium oceny</w:t>
            </w:r>
          </w:p>
        </w:tc>
        <w:tc>
          <w:tcPr>
            <w:tcW w:w="2813" w:type="dxa"/>
            <w:shd w:val="clear" w:color="auto" w:fill="D9D9D9" w:themeFill="background1" w:themeFillShade="D9"/>
          </w:tcPr>
          <w:p w14:paraId="6B6839FF" w14:textId="59EC9E32" w:rsidR="00227D6D" w:rsidRPr="002331C4" w:rsidRDefault="00000000">
            <w:pPr>
              <w:rPr>
                <w:b/>
                <w:bCs/>
                <w:lang w:val="pl-PL"/>
              </w:rPr>
            </w:pPr>
            <w:r w:rsidRPr="002331C4">
              <w:rPr>
                <w:b/>
                <w:bCs/>
                <w:lang w:val="pl-PL"/>
              </w:rPr>
              <w:t>Wpis nauczyciela</w:t>
            </w:r>
          </w:p>
        </w:tc>
        <w:tc>
          <w:tcPr>
            <w:tcW w:w="2877" w:type="dxa"/>
            <w:shd w:val="clear" w:color="auto" w:fill="D9D9D9" w:themeFill="background1" w:themeFillShade="D9"/>
          </w:tcPr>
          <w:p w14:paraId="1885D297" w14:textId="77777777" w:rsidR="00227D6D" w:rsidRPr="002331C4" w:rsidRDefault="00000000">
            <w:pPr>
              <w:rPr>
                <w:b/>
                <w:bCs/>
                <w:lang w:val="pl-PL"/>
              </w:rPr>
            </w:pPr>
            <w:r w:rsidRPr="002331C4">
              <w:rPr>
                <w:b/>
                <w:bCs/>
                <w:lang w:val="pl-PL"/>
              </w:rPr>
              <w:t>Podpis nauczyciela / potwierdzenie</w:t>
            </w:r>
          </w:p>
        </w:tc>
      </w:tr>
      <w:tr w:rsidR="00227D6D" w:rsidRPr="00003D75" w14:paraId="0C51AA44" w14:textId="77777777" w:rsidTr="00003D75">
        <w:tc>
          <w:tcPr>
            <w:tcW w:w="2940" w:type="dxa"/>
          </w:tcPr>
          <w:p w14:paraId="73D5CE44" w14:textId="6BF75DEE" w:rsidR="00227D6D" w:rsidRPr="002331C4" w:rsidRDefault="00000000">
            <w:pPr>
              <w:rPr>
                <w:b/>
                <w:bCs/>
                <w:lang w:val="pl-PL"/>
              </w:rPr>
            </w:pPr>
            <w:r w:rsidRPr="002331C4">
              <w:rPr>
                <w:b/>
                <w:bCs/>
                <w:lang w:val="pl-PL"/>
              </w:rPr>
              <w:t>Średnia</w:t>
            </w:r>
            <w:r w:rsidR="002331C4">
              <w:rPr>
                <w:b/>
                <w:bCs/>
                <w:lang w:val="pl-PL"/>
              </w:rPr>
              <w:t xml:space="preserve"> ocen</w:t>
            </w:r>
            <w:r w:rsidRPr="002331C4">
              <w:rPr>
                <w:b/>
                <w:bCs/>
                <w:lang w:val="pl-PL"/>
              </w:rPr>
              <w:t xml:space="preserve"> z przedmiotów</w:t>
            </w:r>
            <w:r w:rsidR="002331C4">
              <w:rPr>
                <w:b/>
                <w:bCs/>
                <w:lang w:val="pl-PL"/>
              </w:rPr>
              <w:t xml:space="preserve"> </w:t>
            </w:r>
            <w:r w:rsidRPr="002331C4">
              <w:rPr>
                <w:b/>
                <w:bCs/>
                <w:lang w:val="pl-PL"/>
              </w:rPr>
              <w:t>zawodowych (rok 2024/2025)</w:t>
            </w:r>
          </w:p>
        </w:tc>
        <w:tc>
          <w:tcPr>
            <w:tcW w:w="2813" w:type="dxa"/>
          </w:tcPr>
          <w:p w14:paraId="09E406D6" w14:textId="77777777" w:rsidR="00227D6D" w:rsidRPr="002331C4" w:rsidRDefault="00227D6D">
            <w:pPr>
              <w:rPr>
                <w:lang w:val="pl-PL"/>
              </w:rPr>
            </w:pPr>
          </w:p>
          <w:p w14:paraId="6C570E3F" w14:textId="12201A27" w:rsidR="002331C4" w:rsidRPr="002331C4" w:rsidRDefault="002331C4">
            <w:pPr>
              <w:rPr>
                <w:lang w:val="pl-PL"/>
              </w:rPr>
            </w:pPr>
          </w:p>
        </w:tc>
        <w:tc>
          <w:tcPr>
            <w:tcW w:w="2877" w:type="dxa"/>
          </w:tcPr>
          <w:p w14:paraId="21019608" w14:textId="54E577A3" w:rsidR="00227D6D" w:rsidRPr="002331C4" w:rsidRDefault="00227D6D">
            <w:pPr>
              <w:rPr>
                <w:lang w:val="pl-PL"/>
              </w:rPr>
            </w:pPr>
          </w:p>
          <w:p w14:paraId="62CA775A" w14:textId="0BE6F1B9" w:rsidR="002331C4" w:rsidRPr="002331C4" w:rsidRDefault="002331C4">
            <w:pPr>
              <w:rPr>
                <w:lang w:val="pl-PL"/>
              </w:rPr>
            </w:pPr>
          </w:p>
        </w:tc>
      </w:tr>
      <w:tr w:rsidR="00227D6D" w14:paraId="596FDE50" w14:textId="77777777" w:rsidTr="00003D75">
        <w:tc>
          <w:tcPr>
            <w:tcW w:w="2940" w:type="dxa"/>
          </w:tcPr>
          <w:p w14:paraId="33FD9BC4" w14:textId="5FC9A330" w:rsidR="00227D6D" w:rsidRPr="002331C4" w:rsidRDefault="00000000">
            <w:pPr>
              <w:rPr>
                <w:b/>
                <w:bCs/>
              </w:rPr>
            </w:pPr>
            <w:r w:rsidRPr="002331C4">
              <w:rPr>
                <w:b/>
                <w:bCs/>
                <w:lang w:val="pl-PL"/>
              </w:rPr>
              <w:t xml:space="preserve">Ocena z zachowania </w:t>
            </w:r>
            <w:r w:rsidR="002331C4" w:rsidRPr="002331C4">
              <w:rPr>
                <w:b/>
                <w:bCs/>
                <w:lang w:val="pl-PL"/>
              </w:rPr>
              <w:br/>
            </w:r>
            <w:r w:rsidRPr="002331C4">
              <w:rPr>
                <w:b/>
                <w:bCs/>
                <w:lang w:val="pl-PL"/>
              </w:rPr>
              <w:t>(rok</w:t>
            </w:r>
            <w:r w:rsidRPr="002331C4">
              <w:rPr>
                <w:b/>
                <w:bCs/>
              </w:rPr>
              <w:t xml:space="preserve"> 2024/2025)</w:t>
            </w:r>
          </w:p>
        </w:tc>
        <w:tc>
          <w:tcPr>
            <w:tcW w:w="2813" w:type="dxa"/>
          </w:tcPr>
          <w:p w14:paraId="597745A0" w14:textId="77777777" w:rsidR="00227D6D" w:rsidRDefault="00227D6D"/>
          <w:p w14:paraId="3A297EFC" w14:textId="77777777" w:rsidR="002331C4" w:rsidRDefault="002331C4"/>
          <w:p w14:paraId="234D765C" w14:textId="022B940A" w:rsidR="002331C4" w:rsidRDefault="002331C4"/>
        </w:tc>
        <w:tc>
          <w:tcPr>
            <w:tcW w:w="2877" w:type="dxa"/>
          </w:tcPr>
          <w:p w14:paraId="0B388E62" w14:textId="77777777" w:rsidR="00227D6D" w:rsidRDefault="00227D6D"/>
          <w:p w14:paraId="09A14708" w14:textId="77777777" w:rsidR="002331C4" w:rsidRDefault="002331C4"/>
          <w:p w14:paraId="6DC27E30" w14:textId="64F959F1" w:rsidR="002331C4" w:rsidRDefault="002331C4"/>
        </w:tc>
      </w:tr>
      <w:tr w:rsidR="00227D6D" w:rsidRPr="00003D75" w14:paraId="1AD06D13" w14:textId="77777777" w:rsidTr="00003D75">
        <w:tc>
          <w:tcPr>
            <w:tcW w:w="2940" w:type="dxa"/>
          </w:tcPr>
          <w:p w14:paraId="33B08C0A" w14:textId="55864FD6" w:rsidR="00227D6D" w:rsidRPr="002331C4" w:rsidRDefault="00000000">
            <w:pPr>
              <w:rPr>
                <w:b/>
                <w:bCs/>
                <w:lang w:val="pl-PL"/>
              </w:rPr>
            </w:pPr>
            <w:r w:rsidRPr="002331C4">
              <w:rPr>
                <w:b/>
                <w:bCs/>
                <w:lang w:val="pl-PL"/>
              </w:rPr>
              <w:t xml:space="preserve">Ocena końcoworoczna z języka angielskiego </w:t>
            </w:r>
            <w:r w:rsidR="002331C4">
              <w:rPr>
                <w:b/>
                <w:bCs/>
                <w:lang w:val="pl-PL"/>
              </w:rPr>
              <w:br/>
            </w:r>
            <w:r w:rsidRPr="002331C4">
              <w:rPr>
                <w:b/>
                <w:bCs/>
                <w:lang w:val="pl-PL"/>
              </w:rPr>
              <w:t>(rok 2024/2025)</w:t>
            </w:r>
          </w:p>
        </w:tc>
        <w:tc>
          <w:tcPr>
            <w:tcW w:w="2813" w:type="dxa"/>
          </w:tcPr>
          <w:p w14:paraId="32D9C538" w14:textId="77777777" w:rsidR="002331C4" w:rsidRPr="00003D75" w:rsidRDefault="002331C4">
            <w:pPr>
              <w:rPr>
                <w:lang w:val="pl-PL"/>
              </w:rPr>
            </w:pPr>
          </w:p>
          <w:p w14:paraId="16F92178" w14:textId="676FB328" w:rsidR="00227D6D" w:rsidRPr="00003D75" w:rsidRDefault="00227D6D">
            <w:pPr>
              <w:rPr>
                <w:lang w:val="pl-PL"/>
              </w:rPr>
            </w:pPr>
          </w:p>
        </w:tc>
        <w:tc>
          <w:tcPr>
            <w:tcW w:w="2877" w:type="dxa"/>
          </w:tcPr>
          <w:p w14:paraId="6E85B728" w14:textId="4339001D" w:rsidR="00227D6D" w:rsidRPr="00003D75" w:rsidRDefault="00227D6D">
            <w:pPr>
              <w:rPr>
                <w:lang w:val="pl-PL"/>
              </w:rPr>
            </w:pPr>
          </w:p>
        </w:tc>
      </w:tr>
      <w:tr w:rsidR="00003D75" w:rsidRPr="00003D75" w14:paraId="2194C43B" w14:textId="77777777" w:rsidTr="00003D75">
        <w:tc>
          <w:tcPr>
            <w:tcW w:w="2940" w:type="dxa"/>
          </w:tcPr>
          <w:p w14:paraId="5EDBFA5A" w14:textId="17EFA439" w:rsidR="00003D75" w:rsidRPr="002331C4" w:rsidRDefault="00003D75">
            <w:pPr>
              <w:rPr>
                <w:b/>
                <w:bCs/>
                <w:lang w:val="pl-PL"/>
              </w:rPr>
            </w:pPr>
            <w:r>
              <w:rPr>
                <w:b/>
                <w:bCs/>
                <w:lang w:val="pl-PL"/>
              </w:rPr>
              <w:t>Frekwencja za rok szkolny 2024/2025</w:t>
            </w:r>
          </w:p>
        </w:tc>
        <w:tc>
          <w:tcPr>
            <w:tcW w:w="2813" w:type="dxa"/>
          </w:tcPr>
          <w:p w14:paraId="2E5A6E4E" w14:textId="77777777" w:rsidR="00003D75" w:rsidRDefault="00003D75">
            <w:pPr>
              <w:rPr>
                <w:lang w:val="pl-PL"/>
              </w:rPr>
            </w:pPr>
          </w:p>
          <w:p w14:paraId="4FE144D7" w14:textId="77777777" w:rsidR="00003D75" w:rsidRDefault="00003D75">
            <w:pPr>
              <w:rPr>
                <w:lang w:val="pl-PL"/>
              </w:rPr>
            </w:pPr>
          </w:p>
          <w:p w14:paraId="38203712" w14:textId="77777777" w:rsidR="00003D75" w:rsidRPr="00003D75" w:rsidRDefault="00003D75">
            <w:pPr>
              <w:rPr>
                <w:lang w:val="pl-PL"/>
              </w:rPr>
            </w:pPr>
          </w:p>
        </w:tc>
        <w:tc>
          <w:tcPr>
            <w:tcW w:w="2877" w:type="dxa"/>
          </w:tcPr>
          <w:p w14:paraId="46ED885A" w14:textId="77777777" w:rsidR="00003D75" w:rsidRPr="00003D75" w:rsidRDefault="00003D75">
            <w:pPr>
              <w:rPr>
                <w:lang w:val="pl-PL"/>
              </w:rPr>
            </w:pPr>
          </w:p>
        </w:tc>
      </w:tr>
    </w:tbl>
    <w:p w14:paraId="431B8C79" w14:textId="77777777" w:rsidR="00227D6D" w:rsidRDefault="00227D6D">
      <w:pPr>
        <w:rPr>
          <w:lang w:val="pl-PL"/>
        </w:rPr>
      </w:pPr>
    </w:p>
    <w:p w14:paraId="40306F58" w14:textId="4C1EE9C8" w:rsidR="002331C4" w:rsidRDefault="002331C4">
      <w:pPr>
        <w:rPr>
          <w:b/>
          <w:bCs/>
          <w:lang w:val="pl-PL"/>
        </w:rPr>
      </w:pPr>
      <w:r w:rsidRPr="002331C4">
        <w:rPr>
          <w:b/>
          <w:bCs/>
          <w:lang w:val="pl-PL"/>
        </w:rPr>
        <w:t>Aktywna postawa na rzecz klasy i szkoły (opinia wychowawcy)</w:t>
      </w:r>
      <w:r>
        <w:rPr>
          <w:b/>
          <w:bCs/>
          <w:lang w:val="pl-PL"/>
        </w:rPr>
        <w:t>:</w:t>
      </w:r>
    </w:p>
    <w:p w14:paraId="42FE8AFB" w14:textId="77777777" w:rsidR="002331C4" w:rsidRDefault="002331C4">
      <w:pPr>
        <w:rPr>
          <w:b/>
          <w:bCs/>
          <w:lang w:val="pl-PL"/>
        </w:rPr>
      </w:pPr>
    </w:p>
    <w:p w14:paraId="74C6987D" w14:textId="77777777" w:rsidR="002331C4" w:rsidRDefault="002331C4">
      <w:pPr>
        <w:rPr>
          <w:b/>
          <w:bCs/>
          <w:lang w:val="pl-PL"/>
        </w:rPr>
      </w:pPr>
    </w:p>
    <w:p w14:paraId="5F98B68B" w14:textId="77777777" w:rsidR="002331C4" w:rsidRDefault="002331C4">
      <w:pPr>
        <w:rPr>
          <w:b/>
          <w:bCs/>
          <w:lang w:val="pl-PL"/>
        </w:rPr>
      </w:pPr>
    </w:p>
    <w:p w14:paraId="1D7CCE8A" w14:textId="77777777" w:rsidR="002331C4" w:rsidRDefault="002331C4">
      <w:pPr>
        <w:rPr>
          <w:b/>
          <w:bCs/>
          <w:lang w:val="pl-PL"/>
        </w:rPr>
      </w:pPr>
    </w:p>
    <w:p w14:paraId="692B3CEB" w14:textId="77777777" w:rsidR="002331C4" w:rsidRDefault="002331C4">
      <w:pPr>
        <w:rPr>
          <w:b/>
          <w:bCs/>
          <w:lang w:val="pl-PL"/>
        </w:rPr>
      </w:pPr>
    </w:p>
    <w:p w14:paraId="0DDF02E0" w14:textId="77777777" w:rsidR="002331C4" w:rsidRDefault="002331C4">
      <w:pPr>
        <w:rPr>
          <w:b/>
          <w:bCs/>
          <w:lang w:val="pl-PL"/>
        </w:rPr>
      </w:pPr>
    </w:p>
    <w:p w14:paraId="683940BD" w14:textId="71414920" w:rsidR="00227D6D" w:rsidRDefault="002331C4">
      <w:pPr>
        <w:rPr>
          <w:b/>
          <w:bCs/>
          <w:lang w:val="pl-PL"/>
        </w:rPr>
      </w:pPr>
      <w:r>
        <w:rPr>
          <w:b/>
          <w:bCs/>
          <w:lang w:val="pl-PL"/>
        </w:rPr>
        <w:t>P</w:t>
      </w:r>
      <w:r w:rsidRPr="002331C4">
        <w:rPr>
          <w:b/>
          <w:bCs/>
          <w:lang w:val="pl-PL"/>
        </w:rPr>
        <w:t xml:space="preserve">isemnie motywuje chęć udziału w projekcie </w:t>
      </w:r>
      <w:r>
        <w:rPr>
          <w:b/>
          <w:bCs/>
          <w:lang w:val="pl-PL"/>
        </w:rPr>
        <w:t>(podpis ucznia z data):</w:t>
      </w:r>
    </w:p>
    <w:p w14:paraId="7C24E785" w14:textId="77777777" w:rsidR="002331C4" w:rsidRDefault="002331C4">
      <w:pPr>
        <w:rPr>
          <w:b/>
          <w:bCs/>
          <w:lang w:val="pl-PL"/>
        </w:rPr>
      </w:pPr>
    </w:p>
    <w:p w14:paraId="2BBE7D40" w14:textId="4E22B722" w:rsidR="002331C4" w:rsidRPr="002331C4" w:rsidRDefault="002331C4">
      <w:pPr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…………………………………………………………………………………………….</w:t>
      </w:r>
    </w:p>
    <w:p w14:paraId="7FF12E69" w14:textId="170784C1" w:rsidR="002331C4" w:rsidRDefault="002331C4" w:rsidP="002331C4">
      <w:pPr>
        <w:rPr>
          <w:b/>
          <w:bCs/>
          <w:lang w:val="pl-PL"/>
        </w:rPr>
      </w:pPr>
      <w:r w:rsidRPr="002331C4">
        <w:rPr>
          <w:b/>
          <w:bCs/>
          <w:lang w:val="pl-PL"/>
        </w:rPr>
        <w:t>Deklaruje udział w zajęciach pedagogicznych, kulturowych i językowych, mających na celu</w:t>
      </w:r>
      <w:r>
        <w:rPr>
          <w:b/>
          <w:bCs/>
          <w:lang w:val="pl-PL"/>
        </w:rPr>
        <w:t xml:space="preserve"> </w:t>
      </w:r>
      <w:r w:rsidRPr="002331C4">
        <w:rPr>
          <w:b/>
          <w:bCs/>
          <w:lang w:val="pl-PL"/>
        </w:rPr>
        <w:t>przygotowanie do uczestnictwa w praktykach</w:t>
      </w:r>
      <w:r>
        <w:rPr>
          <w:b/>
          <w:bCs/>
          <w:lang w:val="pl-PL"/>
        </w:rPr>
        <w:t xml:space="preserve"> (podpis ucznia z data):</w:t>
      </w:r>
    </w:p>
    <w:p w14:paraId="634B0745" w14:textId="77777777" w:rsidR="002331C4" w:rsidRDefault="002331C4" w:rsidP="002331C4">
      <w:pPr>
        <w:rPr>
          <w:b/>
          <w:bCs/>
          <w:lang w:val="pl-PL"/>
        </w:rPr>
      </w:pPr>
    </w:p>
    <w:p w14:paraId="1D662809" w14:textId="0C1516B7" w:rsidR="002331C4" w:rsidRPr="002331C4" w:rsidRDefault="002331C4" w:rsidP="002331C4">
      <w:pPr>
        <w:rPr>
          <w:lang w:val="pl-PL"/>
        </w:rPr>
      </w:pPr>
      <w:r w:rsidRPr="002331C4">
        <w:rPr>
          <w:lang w:val="pl-PL"/>
        </w:rPr>
        <w:t>……………</w:t>
      </w:r>
      <w:r>
        <w:rPr>
          <w:lang w:val="pl-PL"/>
        </w:rPr>
        <w:t>………………………………………………………………………………..</w:t>
      </w:r>
    </w:p>
    <w:sectPr w:rsidR="002331C4" w:rsidRPr="002331C4" w:rsidSect="002331C4">
      <w:pgSz w:w="12240" w:h="15840"/>
      <w:pgMar w:top="426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79560944">
    <w:abstractNumId w:val="8"/>
  </w:num>
  <w:num w:numId="2" w16cid:durableId="1640450350">
    <w:abstractNumId w:val="6"/>
  </w:num>
  <w:num w:numId="3" w16cid:durableId="1758746535">
    <w:abstractNumId w:val="5"/>
  </w:num>
  <w:num w:numId="4" w16cid:durableId="587007763">
    <w:abstractNumId w:val="4"/>
  </w:num>
  <w:num w:numId="5" w16cid:durableId="645401145">
    <w:abstractNumId w:val="7"/>
  </w:num>
  <w:num w:numId="6" w16cid:durableId="264268671">
    <w:abstractNumId w:val="3"/>
  </w:num>
  <w:num w:numId="7" w16cid:durableId="421922155">
    <w:abstractNumId w:val="2"/>
  </w:num>
  <w:num w:numId="8" w16cid:durableId="845174883">
    <w:abstractNumId w:val="1"/>
  </w:num>
  <w:num w:numId="9" w16cid:durableId="15759732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3D75"/>
    <w:rsid w:val="00034616"/>
    <w:rsid w:val="0006063C"/>
    <w:rsid w:val="0015074B"/>
    <w:rsid w:val="00227D6D"/>
    <w:rsid w:val="002331C4"/>
    <w:rsid w:val="0029639D"/>
    <w:rsid w:val="00326F90"/>
    <w:rsid w:val="00897D1F"/>
    <w:rsid w:val="00AA1D8D"/>
    <w:rsid w:val="00B47730"/>
    <w:rsid w:val="00B91E78"/>
    <w:rsid w:val="00CB0664"/>
    <w:rsid w:val="00CE5645"/>
    <w:rsid w:val="00E42EA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64423BA"/>
  <w14:defaultImageDpi w14:val="300"/>
  <w15:docId w15:val="{D9AB61FD-FFE3-4F35-94EE-A20DF8AA3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672</Characters>
  <Application>Microsoft Office Word</Application>
  <DocSecurity>0</DocSecurity>
  <Lines>5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Marcin</cp:lastModifiedBy>
  <cp:revision>4</cp:revision>
  <dcterms:created xsi:type="dcterms:W3CDTF">2025-09-27T12:46:00Z</dcterms:created>
  <dcterms:modified xsi:type="dcterms:W3CDTF">2025-09-28T19:28:00Z</dcterms:modified>
  <cp:category/>
</cp:coreProperties>
</file>